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AC442" w14:textId="77777777" w:rsidR="00651AE1" w:rsidRPr="006171D6" w:rsidRDefault="00651AE1">
      <w:pPr>
        <w:rPr>
          <w:lang w:val="ro-RO"/>
        </w:rPr>
      </w:pPr>
    </w:p>
    <w:p w14:paraId="599682E7" w14:textId="77777777" w:rsidR="00651AE1" w:rsidRPr="006171D6" w:rsidRDefault="00651AE1">
      <w:pPr>
        <w:rPr>
          <w:lang w:val="ro-RO"/>
        </w:rPr>
      </w:pPr>
    </w:p>
    <w:p w14:paraId="7EB03DAC" w14:textId="77777777" w:rsidR="00651AE1" w:rsidRPr="006171D6" w:rsidRDefault="00651AE1">
      <w:pPr>
        <w:rPr>
          <w:lang w:val="ro-RO"/>
        </w:rPr>
      </w:pPr>
    </w:p>
    <w:p w14:paraId="5362F52A" w14:textId="77777777" w:rsidR="00651AE1" w:rsidRPr="006171D6" w:rsidRDefault="00651AE1">
      <w:pPr>
        <w:rPr>
          <w:lang w:val="ro-RO"/>
        </w:rPr>
      </w:pPr>
    </w:p>
    <w:tbl>
      <w:tblPr>
        <w:tblW w:w="9639" w:type="dxa"/>
        <w:jc w:val="center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82"/>
        <w:gridCol w:w="3014"/>
        <w:gridCol w:w="1729"/>
        <w:gridCol w:w="3314"/>
      </w:tblGrid>
      <w:tr w:rsidR="00187A31" w:rsidRPr="006171D6" w14:paraId="6EEFD786" w14:textId="77777777" w:rsidTr="00651AE1">
        <w:trPr>
          <w:jc w:val="center"/>
        </w:trPr>
        <w:tc>
          <w:tcPr>
            <w:tcW w:w="1558" w:type="dxa"/>
            <w:vMerge w:val="restart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92EB144" w14:textId="77777777" w:rsidR="00187A31" w:rsidRPr="006171D6" w:rsidRDefault="00187A31" w:rsidP="0050637D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6171D6">
              <w:rPr>
                <w:rFonts w:ascii="Cambria" w:hAnsi="Cambria"/>
                <w:noProof/>
                <w:sz w:val="20"/>
                <w:szCs w:val="20"/>
                <w:lang w:val="ro-RO"/>
              </w:rPr>
              <w:drawing>
                <wp:inline distT="0" distB="0" distL="0" distR="0" wp14:anchorId="64A5BA96" wp14:editId="44F40773">
                  <wp:extent cx="841972" cy="1298040"/>
                  <wp:effectExtent l="0" t="0" r="0" b="0"/>
                  <wp:docPr id="1824368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578" cy="131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6F536FAB" w14:textId="77777777" w:rsidR="00187A31" w:rsidRPr="006171D6" w:rsidRDefault="00187A31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Județul Mureș</w:t>
            </w:r>
          </w:p>
        </w:tc>
      </w:tr>
      <w:tr w:rsidR="00187A31" w:rsidRPr="006171D6" w14:paraId="6C2EBD87" w14:textId="77777777" w:rsidTr="00651AE1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022C18CF" w14:textId="77777777" w:rsidR="00187A31" w:rsidRPr="006171D6" w:rsidRDefault="00187A31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0C06AAE" w14:textId="77777777" w:rsidR="00187A31" w:rsidRPr="006171D6" w:rsidRDefault="00187A31" w:rsidP="0050637D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Autoritatea administrației publice</w:t>
            </w:r>
          </w:p>
          <w:p w14:paraId="20C978DF" w14:textId="77777777" w:rsidR="00187A31" w:rsidRPr="006171D6" w:rsidRDefault="00187A31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Primăria Orașului Luduș</w:t>
            </w:r>
          </w:p>
        </w:tc>
      </w:tr>
      <w:tr w:rsidR="00187A31" w:rsidRPr="006171D6" w14:paraId="59891C20" w14:textId="77777777" w:rsidTr="00651AE1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5829DEED" w14:textId="77777777" w:rsidR="00187A31" w:rsidRPr="006171D6" w:rsidRDefault="00187A31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5959FFBD" w14:textId="77777777" w:rsidR="00187A31" w:rsidRPr="006171D6" w:rsidRDefault="00187A31" w:rsidP="0050637D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Cod de identificare fiscală (CIF)</w:t>
            </w:r>
          </w:p>
          <w:p w14:paraId="6CB4E719" w14:textId="77777777" w:rsidR="00187A31" w:rsidRPr="006171D6" w:rsidRDefault="00187A31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5669317</w:t>
            </w:r>
          </w:p>
        </w:tc>
        <w:tc>
          <w:tcPr>
            <w:tcW w:w="4970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312AA6E" w14:textId="77777777" w:rsidR="00187A31" w:rsidRPr="006171D6" w:rsidRDefault="00187A31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Adresa oficială</w:t>
            </w:r>
          </w:p>
          <w:p w14:paraId="2E214402" w14:textId="77777777" w:rsidR="00187A31" w:rsidRPr="006171D6" w:rsidRDefault="00187A31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Bd. 1 Decembrie 1918, Nr. 26, Oraș Luduș, Județ Mureș</w:t>
            </w:r>
          </w:p>
          <w:p w14:paraId="4D3AD8EB" w14:textId="77777777" w:rsidR="00187A31" w:rsidRPr="006171D6" w:rsidRDefault="00187A31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Telefon: 0265411716, 0265411548</w:t>
            </w:r>
          </w:p>
          <w:p w14:paraId="65A08131" w14:textId="77777777" w:rsidR="00187A31" w:rsidRPr="006171D6" w:rsidRDefault="00187A31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e-mail: ludus@ms.e-adm.ro</w:t>
            </w:r>
          </w:p>
        </w:tc>
      </w:tr>
      <w:tr w:rsidR="00187A31" w:rsidRPr="006171D6" w14:paraId="0DB78CF5" w14:textId="77777777" w:rsidTr="00651AE1">
        <w:trPr>
          <w:trHeight w:val="20"/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7C08E3F8" w14:textId="77777777" w:rsidR="00187A31" w:rsidRPr="006171D6" w:rsidRDefault="00187A31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C1E93F5" w14:textId="77777777" w:rsidR="00187A31" w:rsidRPr="006171D6" w:rsidRDefault="00187A31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Număr de înregistrare</w:t>
            </w:r>
          </w:p>
        </w:tc>
        <w:tc>
          <w:tcPr>
            <w:tcW w:w="326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3C1F0960" w14:textId="77777777" w:rsidR="00187A31" w:rsidRPr="006171D6" w:rsidRDefault="00187A31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Data</w:t>
            </w:r>
          </w:p>
        </w:tc>
      </w:tr>
      <w:tr w:rsidR="00187A31" w:rsidRPr="006171D6" w14:paraId="0D788C29" w14:textId="77777777" w:rsidTr="00651AE1">
        <w:trPr>
          <w:jc w:val="center"/>
        </w:trPr>
        <w:tc>
          <w:tcPr>
            <w:tcW w:w="949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55A747C1" w14:textId="77777777" w:rsidR="00187A31" w:rsidRPr="006171D6" w:rsidRDefault="00187A31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6171D6">
              <w:rPr>
                <w:rFonts w:ascii="Cambria" w:eastAsia="TimesNewRomanPS" w:hAnsi="Cambria"/>
                <w:i/>
                <w:w w:val="97"/>
                <w:sz w:val="20"/>
                <w:szCs w:val="20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6171D6" w:rsidRDefault="00377113">
      <w:pPr>
        <w:spacing w:line="168" w:lineRule="auto"/>
        <w:rPr>
          <w:rFonts w:ascii="Cambria" w:hAnsi="Cambria"/>
          <w:lang w:val="ro-RO"/>
        </w:rPr>
      </w:pPr>
    </w:p>
    <w:p w14:paraId="6EE796C5" w14:textId="77777777" w:rsidR="00377113" w:rsidRPr="006171D6" w:rsidRDefault="00715451">
      <w:pPr>
        <w:spacing w:before="140" w:after="40"/>
        <w:jc w:val="center"/>
        <w:rPr>
          <w:rFonts w:ascii="Cambria" w:hAnsi="Cambria"/>
          <w:sz w:val="28"/>
          <w:szCs w:val="28"/>
          <w:lang w:val="ro-RO"/>
        </w:rPr>
      </w:pPr>
      <w:r w:rsidRPr="006171D6">
        <w:rPr>
          <w:rFonts w:ascii="Cambria" w:hAnsi="Cambria"/>
          <w:b/>
          <w:sz w:val="28"/>
          <w:szCs w:val="28"/>
          <w:lang w:val="ro-RO"/>
        </w:rPr>
        <w:t>CERERE</w:t>
      </w:r>
    </w:p>
    <w:p w14:paraId="458FF3BC" w14:textId="77777777" w:rsidR="00377113" w:rsidRPr="006171D6" w:rsidRDefault="00377113">
      <w:pPr>
        <w:spacing w:after="60"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377113" w:rsidRPr="006171D6" w14:paraId="40D14ED2" w14:textId="77777777" w:rsidTr="00651AE1">
        <w:trPr>
          <w:jc w:val="center"/>
        </w:trPr>
        <w:tc>
          <w:tcPr>
            <w:tcW w:w="9636" w:type="dxa"/>
            <w:shd w:val="clear" w:color="auto" w:fill="F4F4F4"/>
          </w:tcPr>
          <w:p w14:paraId="3E8649FD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sz w:val="16"/>
                <w:lang w:val="ro-RO"/>
              </w:rPr>
              <w:t xml:space="preserve"> 1. </w:t>
            </w:r>
            <w:r w:rsidRPr="006171D6">
              <w:rPr>
                <w:rFonts w:ascii="Cambria" w:hAnsi="Cambria"/>
                <w:b/>
                <w:sz w:val="18"/>
                <w:lang w:val="ro-RO"/>
              </w:rPr>
              <w:t>CĂTRE</w:t>
            </w:r>
          </w:p>
        </w:tc>
      </w:tr>
      <w:tr w:rsidR="00377113" w:rsidRPr="006171D6" w14:paraId="505A1856" w14:textId="77777777" w:rsidTr="00651AE1">
        <w:trPr>
          <w:trHeight w:val="510"/>
          <w:jc w:val="center"/>
        </w:trPr>
        <w:tc>
          <w:tcPr>
            <w:tcW w:w="9636" w:type="dxa"/>
          </w:tcPr>
          <w:p w14:paraId="38C994F2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Instituția</w:t>
            </w:r>
          </w:p>
          <w:p w14:paraId="2863ECC5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i/>
                <w:lang w:val="ro-RO"/>
              </w:rPr>
              <w:t>primăria municipiului / orașului / comunei · primăria de sector · consiliul județean</w:t>
            </w:r>
          </w:p>
          <w:p w14:paraId="1C7F07C7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377113" w:rsidRPr="006171D6" w14:paraId="48AFEF82" w14:textId="77777777" w:rsidTr="00651AE1">
        <w:trPr>
          <w:jc w:val="center"/>
        </w:trPr>
        <w:tc>
          <w:tcPr>
            <w:tcW w:w="9636" w:type="dxa"/>
            <w:shd w:val="clear" w:color="auto" w:fill="F4F4F4"/>
          </w:tcPr>
          <w:p w14:paraId="2B647A2E" w14:textId="77777777" w:rsidR="00377113" w:rsidRPr="006171D6" w:rsidRDefault="00715451">
            <w:pPr>
              <w:spacing w:line="228" w:lineRule="auto"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6171D6" w:rsidRDefault="00377113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803"/>
        <w:gridCol w:w="803"/>
        <w:gridCol w:w="803"/>
        <w:gridCol w:w="803"/>
        <w:gridCol w:w="1607"/>
        <w:gridCol w:w="1607"/>
      </w:tblGrid>
      <w:tr w:rsidR="00377113" w:rsidRPr="006171D6" w14:paraId="604C8CEF" w14:textId="77777777" w:rsidTr="00651AE1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sz w:val="16"/>
                <w:lang w:val="ro-RO"/>
              </w:rPr>
              <w:t xml:space="preserve"> 2. </w:t>
            </w:r>
            <w:r w:rsidRPr="006171D6">
              <w:rPr>
                <w:rFonts w:ascii="Cambria" w:hAnsi="Cambria"/>
                <w:b/>
                <w:sz w:val="18"/>
                <w:lang w:val="ro-RO"/>
              </w:rPr>
              <w:t>SOLICITANTUL</w:t>
            </w:r>
          </w:p>
        </w:tc>
      </w:tr>
      <w:tr w:rsidR="00377113" w:rsidRPr="006171D6" w14:paraId="7CFFB225" w14:textId="77777777" w:rsidTr="00651AE1">
        <w:trPr>
          <w:trHeight w:val="510"/>
          <w:jc w:val="center"/>
        </w:trPr>
        <w:tc>
          <w:tcPr>
            <w:tcW w:w="5621" w:type="dxa"/>
            <w:gridSpan w:val="5"/>
          </w:tcPr>
          <w:p w14:paraId="73C78B15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Nume și prenume</w:t>
            </w:r>
          </w:p>
          <w:p w14:paraId="492F91CD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0F931FA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CNP</w:t>
            </w:r>
          </w:p>
          <w:p w14:paraId="32FF08C1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377113" w:rsidRPr="006171D6" w14:paraId="6A746F7A" w14:textId="77777777" w:rsidTr="00651AE1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sz w:val="16"/>
                <w:lang w:val="ro-RO"/>
              </w:rPr>
              <w:t xml:space="preserve"> Act de identitate</w:t>
            </w:r>
          </w:p>
        </w:tc>
      </w:tr>
      <w:tr w:rsidR="00377113" w:rsidRPr="006171D6" w14:paraId="34135F0A" w14:textId="77777777" w:rsidTr="00651AE1">
        <w:trPr>
          <w:trHeight w:val="510"/>
          <w:jc w:val="center"/>
        </w:trPr>
        <w:tc>
          <w:tcPr>
            <w:tcW w:w="1606" w:type="dxa"/>
          </w:tcPr>
          <w:p w14:paraId="0FE58C8A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Seria</w:t>
            </w:r>
          </w:p>
          <w:p w14:paraId="744D4F37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54E4DCF4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Numărul</w:t>
            </w:r>
          </w:p>
          <w:p w14:paraId="6AFD4CBD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1275CF2C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Eliberat de</w:t>
            </w:r>
          </w:p>
          <w:p w14:paraId="4C997CA9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375049A5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La data</w:t>
            </w:r>
          </w:p>
          <w:p w14:paraId="1E260826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377113" w:rsidRPr="006171D6" w14:paraId="20F26A7F" w14:textId="77777777" w:rsidTr="00651AE1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sz w:val="16"/>
                <w:lang w:val="ro-RO"/>
              </w:rPr>
              <w:t xml:space="preserve"> Domiciliul</w:t>
            </w:r>
          </w:p>
        </w:tc>
      </w:tr>
      <w:tr w:rsidR="00377113" w:rsidRPr="006171D6" w14:paraId="14021D82" w14:textId="77777777" w:rsidTr="00651AE1">
        <w:trPr>
          <w:trHeight w:val="510"/>
          <w:jc w:val="center"/>
        </w:trPr>
        <w:tc>
          <w:tcPr>
            <w:tcW w:w="3212" w:type="dxa"/>
            <w:gridSpan w:val="2"/>
          </w:tcPr>
          <w:p w14:paraId="0EEC3E11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Județul</w:t>
            </w:r>
          </w:p>
          <w:p w14:paraId="1815C0EF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1597517E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Municipiul / orașul / comuna</w:t>
            </w:r>
          </w:p>
          <w:p w14:paraId="691DF8E2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3DE1D317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Satul / sectorul</w:t>
            </w:r>
          </w:p>
          <w:p w14:paraId="1B6BDCCB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377113" w:rsidRPr="006171D6" w14:paraId="35FE036F" w14:textId="77777777" w:rsidTr="00651AE1">
        <w:trPr>
          <w:trHeight w:val="510"/>
          <w:jc w:val="center"/>
        </w:trPr>
        <w:tc>
          <w:tcPr>
            <w:tcW w:w="3212" w:type="dxa"/>
            <w:gridSpan w:val="2"/>
          </w:tcPr>
          <w:p w14:paraId="3032BBD3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Strada</w:t>
            </w:r>
          </w:p>
          <w:p w14:paraId="255C5EF4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63B36D30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Nr.</w:t>
            </w:r>
          </w:p>
          <w:p w14:paraId="7570AD44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7EB3F9F1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Sc.</w:t>
            </w:r>
          </w:p>
          <w:p w14:paraId="598896A6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68084122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Et.</w:t>
            </w:r>
          </w:p>
          <w:p w14:paraId="1FB7A599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635895CD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Ap.</w:t>
            </w:r>
          </w:p>
          <w:p w14:paraId="5877D4A7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0825FC30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Cod poștal</w:t>
            </w:r>
          </w:p>
          <w:p w14:paraId="34487808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5B31A664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Țara</w:t>
            </w:r>
          </w:p>
          <w:p w14:paraId="1AC94237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377113" w:rsidRPr="006171D6" w14:paraId="7E5729BF" w14:textId="77777777" w:rsidTr="00651AE1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sz w:val="16"/>
                <w:lang w:val="ro-RO"/>
              </w:rPr>
              <w:t xml:space="preserve"> Date de contact</w:t>
            </w:r>
          </w:p>
        </w:tc>
      </w:tr>
      <w:tr w:rsidR="00377113" w:rsidRPr="006171D6" w14:paraId="66B951DB" w14:textId="77777777" w:rsidTr="00651AE1">
        <w:trPr>
          <w:trHeight w:val="510"/>
          <w:jc w:val="center"/>
        </w:trPr>
        <w:tc>
          <w:tcPr>
            <w:tcW w:w="4015" w:type="dxa"/>
            <w:gridSpan w:val="3"/>
          </w:tcPr>
          <w:p w14:paraId="70E97DD8" w14:textId="77777777" w:rsidR="00377113" w:rsidRPr="006171D6" w:rsidRDefault="00715451">
            <w:pPr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Telefon / fax</w:t>
            </w:r>
          </w:p>
          <w:p w14:paraId="488DB23E" w14:textId="77777777" w:rsidR="00377113" w:rsidRPr="006171D6" w:rsidRDefault="00377113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7EFBC837" w14:textId="77777777" w:rsidR="00377113" w:rsidRPr="006171D6" w:rsidRDefault="00715451">
            <w:pPr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E-mail</w:t>
            </w:r>
          </w:p>
          <w:p w14:paraId="1C3CE210" w14:textId="77777777" w:rsidR="00377113" w:rsidRPr="006171D6" w:rsidRDefault="00377113">
            <w:pPr>
              <w:rPr>
                <w:rFonts w:ascii="Cambria" w:hAnsi="Cambria"/>
                <w:lang w:val="ro-RO"/>
              </w:rPr>
            </w:pPr>
          </w:p>
        </w:tc>
      </w:tr>
    </w:tbl>
    <w:p w14:paraId="6E863ACA" w14:textId="77777777" w:rsidR="00377113" w:rsidRPr="006171D6" w:rsidRDefault="00377113">
      <w:pPr>
        <w:spacing w:line="168" w:lineRule="auto"/>
        <w:rPr>
          <w:rFonts w:ascii="Cambria" w:hAnsi="Cambria"/>
          <w:lang w:val="ro-RO"/>
        </w:rPr>
      </w:pPr>
    </w:p>
    <w:p w14:paraId="2E8A375E" w14:textId="77777777" w:rsidR="00377113" w:rsidRPr="006171D6" w:rsidRDefault="00715451">
      <w:pPr>
        <w:spacing w:before="80" w:after="60"/>
        <w:jc w:val="center"/>
        <w:rPr>
          <w:rFonts w:ascii="Cambria" w:hAnsi="Cambria"/>
          <w:lang w:val="ro-RO"/>
        </w:rPr>
      </w:pPr>
      <w:r w:rsidRPr="006171D6">
        <w:rPr>
          <w:rFonts w:ascii="Cambria" w:hAnsi="Cambria"/>
          <w:sz w:val="18"/>
          <w:lang w:val="ro-RO"/>
        </w:rPr>
        <w:t>în temeiul art. 257 alin. (17) din Legea nr. 169/2026 privind Codul amenajării teritoriului, urbanismului și construcțiilor,</w:t>
      </w:r>
    </w:p>
    <w:p w14:paraId="21143514" w14:textId="77777777" w:rsidR="00004412" w:rsidRPr="006171D6" w:rsidRDefault="00715451">
      <w:pPr>
        <w:spacing w:before="80" w:after="60"/>
        <w:jc w:val="center"/>
        <w:rPr>
          <w:rFonts w:ascii="Cambria" w:hAnsi="Cambria"/>
          <w:b/>
          <w:sz w:val="18"/>
          <w:lang w:val="ro-RO"/>
        </w:rPr>
      </w:pPr>
      <w:r w:rsidRPr="006171D6">
        <w:rPr>
          <w:rFonts w:ascii="Cambria" w:hAnsi="Cambria"/>
          <w:sz w:val="18"/>
          <w:lang w:val="ro-RO"/>
        </w:rPr>
        <w:t>solicit prelungirea valabilității</w:t>
      </w:r>
      <w:r w:rsidR="00004412" w:rsidRPr="006171D6">
        <w:rPr>
          <w:rFonts w:ascii="Cambria" w:hAnsi="Cambria"/>
          <w:b/>
          <w:sz w:val="18"/>
          <w:lang w:val="ro-RO"/>
        </w:rPr>
        <w:t xml:space="preserve"> </w:t>
      </w:r>
    </w:p>
    <w:p w14:paraId="077ADEDA" w14:textId="5045CE9D" w:rsidR="00377113" w:rsidRPr="006171D6" w:rsidRDefault="00004412">
      <w:pPr>
        <w:spacing w:before="80" w:after="60"/>
        <w:jc w:val="center"/>
        <w:rPr>
          <w:rFonts w:ascii="Cambria" w:hAnsi="Cambria"/>
          <w:sz w:val="20"/>
          <w:szCs w:val="20"/>
          <w:lang w:val="ro-RO"/>
        </w:rPr>
      </w:pPr>
      <w:r w:rsidRPr="006171D6">
        <w:rPr>
          <w:rFonts w:ascii="Cambria" w:hAnsi="Cambria"/>
          <w:b/>
          <w:sz w:val="20"/>
          <w:szCs w:val="20"/>
          <w:lang w:val="ro-RO"/>
        </w:rPr>
        <w:t>CERTIFICATULUI DE URBANISM</w:t>
      </w: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10"/>
        <w:gridCol w:w="803"/>
        <w:gridCol w:w="4820"/>
      </w:tblGrid>
      <w:tr w:rsidR="00377113" w:rsidRPr="006171D6" w14:paraId="62A1223F" w14:textId="77777777" w:rsidTr="00651AE1">
        <w:trPr>
          <w:trHeight w:val="510"/>
          <w:jc w:val="center"/>
        </w:trPr>
        <w:tc>
          <w:tcPr>
            <w:tcW w:w="1606" w:type="dxa"/>
          </w:tcPr>
          <w:p w14:paraId="7765B9B1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Nr.</w:t>
            </w:r>
          </w:p>
          <w:p w14:paraId="1491A8A0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32FEB634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Din data</w:t>
            </w:r>
          </w:p>
          <w:p w14:paraId="70A0A594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  <w:gridSpan w:val="2"/>
          </w:tcPr>
          <w:p w14:paraId="5DFD23E9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Emis de</w:t>
            </w:r>
          </w:p>
          <w:p w14:paraId="5357994E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377113" w:rsidRPr="006171D6" w14:paraId="356194D4" w14:textId="77777777" w:rsidTr="00651AE1">
        <w:trPr>
          <w:trHeight w:val="510"/>
          <w:jc w:val="center"/>
        </w:trPr>
        <w:tc>
          <w:tcPr>
            <w:tcW w:w="4818" w:type="dxa"/>
            <w:gridSpan w:val="3"/>
          </w:tcPr>
          <w:p w14:paraId="5AABADB7" w14:textId="77777777" w:rsidR="00377113" w:rsidRPr="006171D6" w:rsidRDefault="00715451">
            <w:pPr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Prelungirea solicitată — de la data</w:t>
            </w:r>
          </w:p>
          <w:p w14:paraId="073435BA" w14:textId="77777777" w:rsidR="00377113" w:rsidRPr="006171D6" w:rsidRDefault="00377113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78FDD7CA" w14:textId="77777777" w:rsidR="00377113" w:rsidRPr="006171D6" w:rsidRDefault="00715451">
            <w:pPr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până la data</w:t>
            </w:r>
          </w:p>
          <w:p w14:paraId="3D4C5B91" w14:textId="77777777" w:rsidR="00377113" w:rsidRPr="006171D6" w:rsidRDefault="00377113">
            <w:pPr>
              <w:rPr>
                <w:rFonts w:ascii="Cambria" w:hAnsi="Cambria"/>
                <w:lang w:val="ro-RO"/>
              </w:rPr>
            </w:pPr>
          </w:p>
        </w:tc>
      </w:tr>
    </w:tbl>
    <w:p w14:paraId="7B9769F8" w14:textId="77777777" w:rsidR="00377113" w:rsidRPr="006171D6" w:rsidRDefault="00377113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2410"/>
        <w:gridCol w:w="803"/>
        <w:gridCol w:w="803"/>
        <w:gridCol w:w="2410"/>
      </w:tblGrid>
      <w:tr w:rsidR="00377113" w:rsidRPr="006171D6" w14:paraId="18332584" w14:textId="77777777" w:rsidTr="00651AE1">
        <w:trPr>
          <w:jc w:val="center"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sz w:val="16"/>
                <w:lang w:val="ro-RO"/>
              </w:rPr>
              <w:t xml:space="preserve"> 4. </w:t>
            </w:r>
            <w:r w:rsidRPr="006171D6">
              <w:rPr>
                <w:rFonts w:ascii="Cambria" w:hAnsi="Cambria"/>
                <w:b/>
                <w:sz w:val="18"/>
                <w:lang w:val="ro-RO"/>
              </w:rPr>
              <w:t>IMOBILUL</w:t>
            </w:r>
          </w:p>
        </w:tc>
      </w:tr>
      <w:tr w:rsidR="00377113" w:rsidRPr="006171D6" w14:paraId="248B564F" w14:textId="77777777" w:rsidTr="00651AE1">
        <w:trPr>
          <w:jc w:val="center"/>
        </w:trPr>
        <w:tc>
          <w:tcPr>
            <w:tcW w:w="9636" w:type="dxa"/>
            <w:gridSpan w:val="6"/>
          </w:tcPr>
          <w:p w14:paraId="7D32E515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6171D6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6171D6">
              <w:rPr>
                <w:rFonts w:ascii="Cambria" w:hAnsi="Cambria"/>
                <w:sz w:val="16"/>
                <w:lang w:val="ro-RO"/>
              </w:rPr>
              <w:t xml:space="preserve"> teren     </w:t>
            </w:r>
            <w:r w:rsidRPr="006171D6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6171D6">
              <w:rPr>
                <w:rFonts w:ascii="Cambria" w:hAnsi="Cambria"/>
                <w:sz w:val="16"/>
                <w:lang w:val="ro-RO"/>
              </w:rPr>
              <w:t xml:space="preserve"> construc</w:t>
            </w:r>
            <w:r w:rsidRPr="006171D6">
              <w:rPr>
                <w:rFonts w:ascii="Cambria" w:hAnsi="Cambria" w:cs="Cambria"/>
                <w:sz w:val="16"/>
                <w:lang w:val="ro-RO"/>
              </w:rPr>
              <w:t>ț</w:t>
            </w:r>
            <w:r w:rsidRPr="006171D6">
              <w:rPr>
                <w:rFonts w:ascii="Cambria" w:hAnsi="Cambria"/>
                <w:sz w:val="16"/>
                <w:lang w:val="ro-RO"/>
              </w:rPr>
              <w:t>ii</w:t>
            </w:r>
          </w:p>
        </w:tc>
      </w:tr>
      <w:tr w:rsidR="00377113" w:rsidRPr="006171D6" w14:paraId="533C4D6A" w14:textId="77777777" w:rsidTr="00651AE1">
        <w:trPr>
          <w:trHeight w:val="510"/>
          <w:jc w:val="center"/>
        </w:trPr>
        <w:tc>
          <w:tcPr>
            <w:tcW w:w="3212" w:type="dxa"/>
            <w:gridSpan w:val="2"/>
          </w:tcPr>
          <w:p w14:paraId="107ADBF6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Județ</w:t>
            </w:r>
          </w:p>
          <w:p w14:paraId="545515E0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5F352457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Municipiu / oraș / comună</w:t>
            </w:r>
          </w:p>
          <w:p w14:paraId="14C00203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519EFDA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Sat / sector</w:t>
            </w:r>
          </w:p>
          <w:p w14:paraId="6F1351F6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377113" w:rsidRPr="006171D6" w14:paraId="2D9B8DB3" w14:textId="77777777" w:rsidTr="00651AE1">
        <w:trPr>
          <w:trHeight w:val="510"/>
          <w:jc w:val="center"/>
        </w:trPr>
        <w:tc>
          <w:tcPr>
            <w:tcW w:w="1606" w:type="dxa"/>
          </w:tcPr>
          <w:p w14:paraId="4B72CFDF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Cod poștal</w:t>
            </w:r>
          </w:p>
          <w:p w14:paraId="0E9D7B3A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4A8D120C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Strada</w:t>
            </w:r>
          </w:p>
          <w:p w14:paraId="20FA361F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39FAFBFC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Nr.</w:t>
            </w:r>
          </w:p>
          <w:p w14:paraId="6CA1B947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134DC49E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Bl. / sc. / et. / ap.</w:t>
            </w:r>
          </w:p>
          <w:p w14:paraId="297CA390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377113" w:rsidRPr="006171D6" w14:paraId="7B19E8B5" w14:textId="77777777" w:rsidTr="00651AE1">
        <w:trPr>
          <w:trHeight w:val="510"/>
          <w:jc w:val="center"/>
        </w:trPr>
        <w:tc>
          <w:tcPr>
            <w:tcW w:w="5621" w:type="dxa"/>
            <w:gridSpan w:val="3"/>
          </w:tcPr>
          <w:p w14:paraId="4397E352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Număr cadastral</w:t>
            </w:r>
          </w:p>
          <w:p w14:paraId="34F88BB8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i/>
                <w:lang w:val="ro-RO"/>
              </w:rPr>
              <w:t>dacă imobilul e înscris în e-Terra</w:t>
            </w:r>
          </w:p>
          <w:p w14:paraId="3E14DDE5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Carte funciară nr.</w:t>
            </w:r>
          </w:p>
          <w:p w14:paraId="0636B066" w14:textId="77777777" w:rsidR="00377113" w:rsidRPr="006171D6" w:rsidRDefault="00377113">
            <w:pPr>
              <w:keepNext/>
              <w:rPr>
                <w:rFonts w:ascii="Cambria" w:hAnsi="Cambria"/>
                <w:lang w:val="ro-RO"/>
              </w:rPr>
            </w:pPr>
          </w:p>
        </w:tc>
      </w:tr>
    </w:tbl>
    <w:p w14:paraId="2A5FFFCA" w14:textId="77777777" w:rsidR="00377113" w:rsidRPr="006171D6" w:rsidRDefault="00377113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377113" w:rsidRPr="006171D6" w14:paraId="416CCAE3" w14:textId="77777777" w:rsidTr="00651AE1">
        <w:trPr>
          <w:jc w:val="center"/>
        </w:trPr>
        <w:tc>
          <w:tcPr>
            <w:tcW w:w="9636" w:type="dxa"/>
            <w:shd w:val="clear" w:color="auto" w:fill="F4F4F4"/>
          </w:tcPr>
          <w:p w14:paraId="3FE4A3CD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sz w:val="16"/>
                <w:lang w:val="ro-RO"/>
              </w:rPr>
              <w:t xml:space="preserve"> 5. </w:t>
            </w:r>
            <w:r w:rsidRPr="006171D6">
              <w:rPr>
                <w:rFonts w:ascii="Cambria" w:hAnsi="Cambria"/>
                <w:b/>
                <w:sz w:val="18"/>
                <w:lang w:val="ro-RO"/>
              </w:rPr>
              <w:t>SE ANEXEAZĂ</w:t>
            </w:r>
          </w:p>
        </w:tc>
      </w:tr>
      <w:tr w:rsidR="00377113" w:rsidRPr="006171D6" w14:paraId="53555C64" w14:textId="77777777" w:rsidTr="00651AE1">
        <w:trPr>
          <w:jc w:val="center"/>
        </w:trPr>
        <w:tc>
          <w:tcPr>
            <w:tcW w:w="9636" w:type="dxa"/>
          </w:tcPr>
          <w:p w14:paraId="05B03106" w14:textId="77777777" w:rsidR="00377113" w:rsidRPr="006171D6" w:rsidRDefault="00715451">
            <w:pPr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6171D6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6171D6">
              <w:rPr>
                <w:rFonts w:ascii="Cambria" w:hAnsi="Cambria"/>
                <w:sz w:val="16"/>
                <w:lang w:val="ro-RO"/>
              </w:rPr>
              <w:t xml:space="preserve"> certificatul de urbanism (</w:t>
            </w:r>
            <w:r w:rsidRPr="006171D6">
              <w:rPr>
                <w:rFonts w:ascii="Cambria" w:hAnsi="Cambria" w:cs="Cambria"/>
                <w:sz w:val="16"/>
                <w:lang w:val="ro-RO"/>
              </w:rPr>
              <w:t>î</w:t>
            </w:r>
            <w:r w:rsidRPr="006171D6">
              <w:rPr>
                <w:rFonts w:ascii="Cambria" w:hAnsi="Cambria"/>
                <w:sz w:val="16"/>
                <w:lang w:val="ro-RO"/>
              </w:rPr>
              <w:t xml:space="preserve">n original)     </w:t>
            </w:r>
            <w:r w:rsidRPr="006171D6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6171D6">
              <w:rPr>
                <w:rFonts w:ascii="Cambria" w:hAnsi="Cambria"/>
                <w:sz w:val="16"/>
                <w:lang w:val="ro-RO"/>
              </w:rPr>
              <w:t xml:space="preserve"> documentul privind achitarea taxei (copie)</w:t>
            </w:r>
          </w:p>
        </w:tc>
      </w:tr>
    </w:tbl>
    <w:p w14:paraId="0CC63E6D" w14:textId="77777777" w:rsidR="00377113" w:rsidRPr="006171D6" w:rsidRDefault="00377113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20"/>
        <w:gridCol w:w="3213"/>
      </w:tblGrid>
      <w:tr w:rsidR="00377113" w:rsidRPr="006171D6" w14:paraId="67AC911A" w14:textId="77777777" w:rsidTr="00651AE1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Pr="006171D6" w:rsidRDefault="00715451">
            <w:pPr>
              <w:keepNext/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sz w:val="16"/>
                <w:lang w:val="ro-RO"/>
              </w:rPr>
              <w:t xml:space="preserve"> 6. </w:t>
            </w:r>
            <w:r w:rsidRPr="006171D6">
              <w:rPr>
                <w:rFonts w:ascii="Cambria" w:hAnsi="Cambria"/>
                <w:b/>
                <w:sz w:val="18"/>
                <w:lang w:val="ro-RO"/>
              </w:rPr>
              <w:t>DATA ȘI SEMNĂTURA</w:t>
            </w:r>
          </w:p>
        </w:tc>
      </w:tr>
      <w:tr w:rsidR="00377113" w:rsidRPr="006171D6" w14:paraId="2C613BE7" w14:textId="77777777" w:rsidTr="00651AE1">
        <w:trPr>
          <w:trHeight w:val="510"/>
          <w:jc w:val="center"/>
        </w:trPr>
        <w:tc>
          <w:tcPr>
            <w:tcW w:w="1606" w:type="dxa"/>
          </w:tcPr>
          <w:p w14:paraId="6247744D" w14:textId="77777777" w:rsidR="00377113" w:rsidRPr="006171D6" w:rsidRDefault="00715451">
            <w:pPr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Data</w:t>
            </w:r>
          </w:p>
          <w:p w14:paraId="6A45905A" w14:textId="77777777" w:rsidR="00377113" w:rsidRPr="006171D6" w:rsidRDefault="00377113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09BFB97F" w14:textId="77777777" w:rsidR="00377113" w:rsidRPr="006171D6" w:rsidRDefault="00715451">
            <w:pPr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Solicitantul</w:t>
            </w:r>
          </w:p>
          <w:p w14:paraId="1B3BE6B9" w14:textId="77777777" w:rsidR="00377113" w:rsidRPr="006171D6" w:rsidRDefault="00377113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</w:tcPr>
          <w:p w14:paraId="640F19C7" w14:textId="77777777" w:rsidR="00377113" w:rsidRPr="006171D6" w:rsidRDefault="00715451">
            <w:pPr>
              <w:rPr>
                <w:rFonts w:ascii="Cambria" w:hAnsi="Cambria"/>
                <w:lang w:val="ro-RO"/>
              </w:rPr>
            </w:pPr>
            <w:r w:rsidRPr="006171D6">
              <w:rPr>
                <w:rFonts w:ascii="Cambria" w:hAnsi="Cambria"/>
                <w:b/>
                <w:lang w:val="ro-RO"/>
              </w:rPr>
              <w:t>Semnătura</w:t>
            </w:r>
          </w:p>
          <w:p w14:paraId="325CC794" w14:textId="77777777" w:rsidR="00377113" w:rsidRPr="006171D6" w:rsidRDefault="00377113">
            <w:pPr>
              <w:rPr>
                <w:rFonts w:ascii="Cambria" w:hAnsi="Cambria"/>
                <w:lang w:val="ro-RO"/>
              </w:rPr>
            </w:pPr>
          </w:p>
        </w:tc>
      </w:tr>
    </w:tbl>
    <w:p w14:paraId="2943DD2B" w14:textId="77777777" w:rsidR="00377113" w:rsidRPr="006171D6" w:rsidRDefault="00377113">
      <w:pPr>
        <w:spacing w:line="168" w:lineRule="auto"/>
        <w:rPr>
          <w:rFonts w:ascii="Cambria" w:hAnsi="Cambria"/>
          <w:lang w:val="ro-RO"/>
        </w:rPr>
      </w:pPr>
    </w:p>
    <w:sectPr w:rsidR="00377113" w:rsidRPr="006171D6" w:rsidSect="00187A31">
      <w:footerReference w:type="default" r:id="rId9"/>
      <w:pgSz w:w="11906" w:h="16838"/>
      <w:pgMar w:top="567" w:right="1134" w:bottom="567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39D53" w14:textId="77777777" w:rsidR="007D4D8F" w:rsidRDefault="007D4D8F">
      <w:r>
        <w:separator/>
      </w:r>
    </w:p>
  </w:endnote>
  <w:endnote w:type="continuationSeparator" w:id="0">
    <w:p w14:paraId="2D1ED66C" w14:textId="77777777" w:rsidR="007D4D8F" w:rsidRDefault="007D4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715451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3591E" w14:textId="77777777" w:rsidR="007D4D8F" w:rsidRDefault="007D4D8F">
      <w:r>
        <w:separator/>
      </w:r>
    </w:p>
  </w:footnote>
  <w:footnote w:type="continuationSeparator" w:id="0">
    <w:p w14:paraId="5CEDAE88" w14:textId="77777777" w:rsidR="007D4D8F" w:rsidRDefault="007D4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35934"/>
    <w:rsid w:val="0006063C"/>
    <w:rsid w:val="000E68DC"/>
    <w:rsid w:val="0015074B"/>
    <w:rsid w:val="00187A31"/>
    <w:rsid w:val="00200236"/>
    <w:rsid w:val="0029639D"/>
    <w:rsid w:val="00326F90"/>
    <w:rsid w:val="00343BBA"/>
    <w:rsid w:val="00377113"/>
    <w:rsid w:val="006171D6"/>
    <w:rsid w:val="00651AE1"/>
    <w:rsid w:val="006C103E"/>
    <w:rsid w:val="00715451"/>
    <w:rsid w:val="007B4E3F"/>
    <w:rsid w:val="007D4D8F"/>
    <w:rsid w:val="00AA1D8D"/>
    <w:rsid w:val="00B47730"/>
    <w:rsid w:val="00CB0664"/>
    <w:rsid w:val="00CD60E9"/>
    <w:rsid w:val="00FC693F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VioB</cp:lastModifiedBy>
  <cp:revision>4</cp:revision>
  <dcterms:created xsi:type="dcterms:W3CDTF">2013-12-23T23:15:00Z</dcterms:created>
  <dcterms:modified xsi:type="dcterms:W3CDTF">2026-08-30T08:25:00Z</dcterms:modified>
  <cp:category/>
</cp:coreProperties>
</file>